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F7C93" w14:textId="77777777" w:rsidR="005B0F59" w:rsidRDefault="00000000">
      <w:pPr>
        <w:jc w:val="center"/>
      </w:pPr>
      <w:r>
        <w:rPr>
          <w:rFonts w:ascii="Calibri" w:hAnsi="Calibri"/>
          <w:b/>
          <w:color w:val="0F6E56"/>
          <w:sz w:val="36"/>
        </w:rPr>
        <w:t>BIONANO FRONTIER</w:t>
      </w:r>
    </w:p>
    <w:p w14:paraId="525AFA21" w14:textId="77777777" w:rsidR="005B0F59" w:rsidRDefault="00000000">
      <w:pPr>
        <w:jc w:val="center"/>
      </w:pPr>
      <w:r>
        <w:rPr>
          <w:rFonts w:ascii="Calibri" w:hAnsi="Calibri"/>
          <w:color w:val="5F5E5A"/>
          <w:sz w:val="20"/>
        </w:rPr>
        <w:t>Print ISSN: 0974-0678 | Online ISSN: 2320-9593</w:t>
      </w:r>
    </w:p>
    <w:p w14:paraId="073A9EF4" w14:textId="77777777" w:rsidR="005B0F59" w:rsidRDefault="005B0F59">
      <w:pPr>
        <w:pBdr>
          <w:bottom w:val="single" w:sz="4" w:space="1" w:color="9FE1CB"/>
        </w:pBdr>
        <w:spacing w:before="80" w:after="80"/>
      </w:pPr>
    </w:p>
    <w:p w14:paraId="6EF0BDBF" w14:textId="77777777" w:rsidR="005B0F59" w:rsidRDefault="00000000">
      <w:pPr>
        <w:spacing w:before="160"/>
        <w:jc w:val="center"/>
      </w:pPr>
      <w:r>
        <w:rPr>
          <w:rFonts w:ascii="Calibri" w:hAnsi="Calibri"/>
          <w:b/>
          <w:color w:val="2C2C2A"/>
          <w:sz w:val="28"/>
        </w:rPr>
        <w:t>AUTHOR DECLARATION, CONSENT, UNDERTAKING AND COPYRIGHT TRANSFER FORM</w:t>
      </w:r>
    </w:p>
    <w:p w14:paraId="24AC30B0" w14:textId="77777777" w:rsidR="005B0F59" w:rsidRDefault="005B0F59">
      <w:pPr>
        <w:pBdr>
          <w:bottom w:val="single" w:sz="4" w:space="1" w:color="9FE1CB"/>
        </w:pBdr>
        <w:spacing w:before="80" w:after="80"/>
      </w:pPr>
    </w:p>
    <w:p w14:paraId="7CD4A3C7" w14:textId="77777777" w:rsidR="005B0F59" w:rsidRDefault="00000000">
      <w:pPr>
        <w:spacing w:before="320" w:after="120"/>
      </w:pPr>
      <w:r>
        <w:rPr>
          <w:rFonts w:ascii="Calibri" w:hAnsi="Calibri"/>
          <w:b/>
          <w:color w:val="0F6E56"/>
          <w:sz w:val="26"/>
        </w:rPr>
        <w:t>1. Manuscript Details</w:t>
      </w:r>
    </w:p>
    <w:p w14:paraId="049C1351" w14:textId="14D03C6A" w:rsidR="005B0F59" w:rsidRDefault="00000000">
      <w:pPr>
        <w:spacing w:before="120" w:after="120"/>
      </w:pPr>
      <w:r>
        <w:rPr>
          <w:rFonts w:ascii="Calibri" w:hAnsi="Calibri"/>
          <w:b/>
          <w:color w:val="2C2C2A"/>
        </w:rPr>
        <w:t xml:space="preserve">Title of Manuscript:  </w:t>
      </w:r>
    </w:p>
    <w:p w14:paraId="729DAE04" w14:textId="77777777" w:rsidR="005B0F59" w:rsidRDefault="005B0F59"/>
    <w:p w14:paraId="2629B402" w14:textId="77777777" w:rsidR="005B0F59" w:rsidRDefault="00000000">
      <w:pPr>
        <w:spacing w:before="320" w:after="120"/>
      </w:pPr>
      <w:r>
        <w:rPr>
          <w:rFonts w:ascii="Calibri" w:hAnsi="Calibri"/>
          <w:b/>
          <w:color w:val="0F6E56"/>
          <w:sz w:val="26"/>
        </w:rPr>
        <w:t>2. Author Declaration</w:t>
      </w:r>
    </w:p>
    <w:p w14:paraId="28EB8193" w14:textId="77777777" w:rsidR="005B0F59" w:rsidRDefault="00000000">
      <w:pPr>
        <w:spacing w:after="80"/>
      </w:pPr>
      <w:r>
        <w:rPr>
          <w:rFonts w:ascii="Calibri" w:hAnsi="Calibri"/>
          <w:color w:val="5F5E5A"/>
        </w:rPr>
        <w:t>I/We, the undersigned author(s), hereby declare and confirm that:</w:t>
      </w:r>
    </w:p>
    <w:p w14:paraId="6DD6BDDD" w14:textId="39C655E0" w:rsidR="005B0F59" w:rsidRDefault="00000000">
      <w:pPr>
        <w:spacing w:before="60" w:after="60"/>
        <w:ind w:left="283"/>
      </w:pPr>
      <w:r>
        <w:rPr>
          <w:rFonts w:ascii="Calibri" w:hAnsi="Calibri"/>
          <w:color w:val="0F6E56"/>
        </w:rPr>
        <w:t xml:space="preserve">1.  </w:t>
      </w:r>
      <w:r>
        <w:rPr>
          <w:rFonts w:ascii="Calibri" w:hAnsi="Calibri"/>
          <w:color w:val="5F5E5A"/>
        </w:rPr>
        <w:t>The submitted manuscript is original and has been prepared by the author(s).</w:t>
      </w:r>
    </w:p>
    <w:p w14:paraId="623EC2D7" w14:textId="08D93A16" w:rsidR="005B0F59" w:rsidRDefault="00000000">
      <w:pPr>
        <w:spacing w:before="60" w:after="60"/>
        <w:ind w:left="283"/>
      </w:pPr>
      <w:r>
        <w:rPr>
          <w:rFonts w:ascii="Calibri" w:hAnsi="Calibri"/>
          <w:color w:val="0F6E56"/>
        </w:rPr>
        <w:t xml:space="preserve">2.  </w:t>
      </w:r>
      <w:r>
        <w:rPr>
          <w:rFonts w:ascii="Calibri" w:hAnsi="Calibri"/>
          <w:color w:val="5F5E5A"/>
        </w:rPr>
        <w:t>The manuscript has not been published previously, either in full or in part, and is not under consideration for publication elsewhere.</w:t>
      </w:r>
    </w:p>
    <w:p w14:paraId="1CC5A02D" w14:textId="10960AF4" w:rsidR="005B0F59" w:rsidRDefault="00000000">
      <w:pPr>
        <w:spacing w:before="60" w:after="60"/>
        <w:ind w:left="283"/>
      </w:pPr>
      <w:r>
        <w:rPr>
          <w:rFonts w:ascii="Calibri" w:hAnsi="Calibri"/>
          <w:color w:val="0F6E56"/>
        </w:rPr>
        <w:t xml:space="preserve">3.  </w:t>
      </w:r>
      <w:r>
        <w:rPr>
          <w:rFonts w:ascii="Calibri" w:hAnsi="Calibri"/>
          <w:color w:val="5F5E5A"/>
        </w:rPr>
        <w:t>The data, results, figures, tables, and references presented in the manuscript are authentic, accurate, and free from fabrication, falsification, or manipulation.</w:t>
      </w:r>
    </w:p>
    <w:p w14:paraId="649EB1AA" w14:textId="672EE584" w:rsidR="005B0F59" w:rsidRDefault="00000000">
      <w:pPr>
        <w:spacing w:before="60" w:after="60"/>
        <w:ind w:left="283"/>
      </w:pPr>
      <w:r>
        <w:rPr>
          <w:rFonts w:ascii="Calibri" w:hAnsi="Calibri"/>
          <w:color w:val="0F6E56"/>
        </w:rPr>
        <w:t xml:space="preserve">4.  </w:t>
      </w:r>
      <w:r>
        <w:rPr>
          <w:rFonts w:ascii="Calibri" w:hAnsi="Calibri"/>
          <w:color w:val="5F5E5A"/>
        </w:rPr>
        <w:t>The manuscript is free from plagiarism and complies with accepted standards of publication ethics.</w:t>
      </w:r>
    </w:p>
    <w:p w14:paraId="3712C65D" w14:textId="0D27DF9C" w:rsidR="005B0F59" w:rsidRDefault="00000000">
      <w:pPr>
        <w:spacing w:before="60" w:after="60"/>
        <w:ind w:left="283"/>
      </w:pPr>
      <w:r>
        <w:rPr>
          <w:rFonts w:ascii="Calibri" w:hAnsi="Calibri"/>
          <w:color w:val="0F6E56"/>
        </w:rPr>
        <w:t xml:space="preserve">5.  </w:t>
      </w:r>
      <w:r>
        <w:rPr>
          <w:rFonts w:ascii="Calibri" w:hAnsi="Calibri"/>
          <w:color w:val="5F5E5A"/>
        </w:rPr>
        <w:t>All sources of information have been appropriately acknowledged and cited.</w:t>
      </w:r>
    </w:p>
    <w:p w14:paraId="66509E12" w14:textId="4DBA114D" w:rsidR="005B0F59" w:rsidRDefault="00000000">
      <w:pPr>
        <w:spacing w:before="60" w:after="60"/>
        <w:ind w:left="283"/>
      </w:pPr>
      <w:r>
        <w:rPr>
          <w:rFonts w:ascii="Calibri" w:hAnsi="Calibri"/>
          <w:color w:val="0F6E56"/>
        </w:rPr>
        <w:t xml:space="preserve">6.  </w:t>
      </w:r>
      <w:r>
        <w:rPr>
          <w:rFonts w:ascii="Calibri" w:hAnsi="Calibri"/>
          <w:color w:val="5F5E5A"/>
        </w:rPr>
        <w:t>All authors have made significant academic contributions to the work and have approved the final version of the manuscript.</w:t>
      </w:r>
    </w:p>
    <w:p w14:paraId="3DCD12E6" w14:textId="7636A890" w:rsidR="005B0F59" w:rsidRDefault="00000000">
      <w:pPr>
        <w:spacing w:before="60" w:after="60"/>
        <w:ind w:left="283"/>
      </w:pPr>
      <w:r>
        <w:rPr>
          <w:rFonts w:ascii="Calibri" w:hAnsi="Calibri"/>
          <w:color w:val="0F6E56"/>
        </w:rPr>
        <w:t xml:space="preserve">7.  </w:t>
      </w:r>
      <w:r>
        <w:rPr>
          <w:rFonts w:ascii="Calibri" w:hAnsi="Calibri"/>
          <w:color w:val="5F5E5A"/>
        </w:rPr>
        <w:t>Any conflict of interest, financial support, or funding received for the research has been disclosed.</w:t>
      </w:r>
    </w:p>
    <w:p w14:paraId="7F5ACCC7" w14:textId="77777777" w:rsidR="005B0F59" w:rsidRDefault="00000000">
      <w:pPr>
        <w:spacing w:before="320" w:after="120"/>
      </w:pPr>
      <w:r>
        <w:rPr>
          <w:rFonts w:ascii="Calibri" w:hAnsi="Calibri"/>
          <w:b/>
          <w:color w:val="0F6E56"/>
          <w:sz w:val="26"/>
        </w:rPr>
        <w:t>3. Consent for Publication</w:t>
      </w:r>
    </w:p>
    <w:p w14:paraId="596EFC95" w14:textId="29ED843D" w:rsidR="005B0F59" w:rsidRDefault="00000000">
      <w:pPr>
        <w:spacing w:before="60" w:after="60"/>
        <w:ind w:left="283"/>
      </w:pPr>
      <w:r>
        <w:rPr>
          <w:rFonts w:ascii="Calibri" w:hAnsi="Calibri"/>
          <w:color w:val="5F5E5A"/>
        </w:rPr>
        <w:t>I/We hereby give consent for publication of the manuscript in BIONANO FRONTIER in print, electronic, online, or any other media format if accepted for publication.</w:t>
      </w:r>
    </w:p>
    <w:p w14:paraId="11DCB793" w14:textId="77777777" w:rsidR="005B0F59" w:rsidRDefault="00000000">
      <w:pPr>
        <w:spacing w:before="320" w:after="120"/>
      </w:pPr>
      <w:r>
        <w:rPr>
          <w:rFonts w:ascii="Calibri" w:hAnsi="Calibri"/>
          <w:b/>
          <w:color w:val="0F6E56"/>
          <w:sz w:val="26"/>
        </w:rPr>
        <w:t>4. Copyright Transfer</w:t>
      </w:r>
    </w:p>
    <w:p w14:paraId="5B7B34E7" w14:textId="17F6EF9B" w:rsidR="005B0F59" w:rsidRDefault="00000000">
      <w:pPr>
        <w:spacing w:before="60" w:after="60"/>
        <w:ind w:left="283"/>
      </w:pPr>
      <w:r>
        <w:rPr>
          <w:rFonts w:ascii="Calibri" w:hAnsi="Calibri"/>
          <w:color w:val="5F5E5A"/>
        </w:rPr>
        <w:t>Upon acceptance and publication, I/we agree to transfer the publication rights of the manuscript to BIONANO FRONTIER for publication, reproduction, distribution, archiving, and indexing purposes.</w:t>
      </w:r>
    </w:p>
    <w:p w14:paraId="20A96C18" w14:textId="77777777" w:rsidR="005B0F59" w:rsidRDefault="00000000">
      <w:pPr>
        <w:spacing w:before="320" w:after="120"/>
      </w:pPr>
      <w:r>
        <w:rPr>
          <w:rFonts w:ascii="Calibri" w:hAnsi="Calibri"/>
          <w:b/>
          <w:color w:val="0F6E56"/>
          <w:sz w:val="26"/>
        </w:rPr>
        <w:t>5. Author Responsibility</w:t>
      </w:r>
    </w:p>
    <w:p w14:paraId="1EA496F5" w14:textId="7752BFCF" w:rsidR="005B0F59" w:rsidRDefault="00000000">
      <w:pPr>
        <w:spacing w:before="60" w:after="60"/>
        <w:ind w:left="283"/>
      </w:pPr>
      <w:r>
        <w:rPr>
          <w:rFonts w:ascii="Calibri" w:hAnsi="Calibri"/>
          <w:color w:val="5F5E5A"/>
        </w:rPr>
        <w:t>I/We accept full responsibility for the content of the manuscript and any consequences arising from errors, omissions, ethical violations, or inaccuracies contained therein.</w:t>
      </w:r>
    </w:p>
    <w:p w14:paraId="2B3FFE5C" w14:textId="77777777" w:rsidR="005B0F59" w:rsidRDefault="00000000">
      <w:pPr>
        <w:spacing w:before="320" w:after="120"/>
      </w:pPr>
      <w:r>
        <w:rPr>
          <w:rFonts w:ascii="Calibri" w:hAnsi="Calibri"/>
          <w:b/>
          <w:color w:val="0F6E56"/>
          <w:sz w:val="26"/>
        </w:rPr>
        <w:lastRenderedPageBreak/>
        <w:t>6. Publisher's Disclaimer</w:t>
      </w:r>
    </w:p>
    <w:p w14:paraId="510DE297" w14:textId="77777777" w:rsidR="005B0F59" w:rsidRDefault="00000000">
      <w:pPr>
        <w:spacing w:after="80"/>
      </w:pPr>
      <w:r>
        <w:rPr>
          <w:rFonts w:ascii="Calibri" w:hAnsi="Calibri"/>
          <w:color w:val="5F5E5A"/>
        </w:rPr>
        <w:t>The Publisher, Editors, Editorial Board, and Reviewers shall not be held responsible for any errors, inaccuracies, interpretations, or consequences arising from the use of information published in the journal. The views and opinions expressed in published articles are solely those of the author(s) and do not necessarily reflect those of the Publisher or Editors.</w:t>
      </w:r>
    </w:p>
    <w:p w14:paraId="21D45B7E" w14:textId="77777777" w:rsidR="00500549" w:rsidRDefault="00000000" w:rsidP="00500549">
      <w:pPr>
        <w:spacing w:before="320" w:after="120"/>
        <w:rPr>
          <w:rFonts w:ascii="Calibri" w:hAnsi="Calibri"/>
          <w:b/>
          <w:color w:val="0F6E56"/>
          <w:sz w:val="26"/>
        </w:rPr>
      </w:pPr>
      <w:r>
        <w:rPr>
          <w:rFonts w:ascii="Calibri" w:hAnsi="Calibri"/>
          <w:b/>
          <w:color w:val="0F6E56"/>
          <w:sz w:val="26"/>
        </w:rPr>
        <w:t>7. Author Details</w:t>
      </w:r>
    </w:p>
    <w:p w14:paraId="6F789F7E" w14:textId="64AB6B40" w:rsidR="00500549" w:rsidRDefault="00500549" w:rsidP="00500549">
      <w:pPr>
        <w:spacing w:before="320" w:after="120"/>
      </w:pPr>
      <w:r>
        <w:t>Sr. No.</w:t>
      </w:r>
      <w:r>
        <w:tab/>
        <w:t>Author Name</w:t>
      </w:r>
      <w:r>
        <w:tab/>
        <w:t>Designation &amp; Affiliation</w:t>
      </w:r>
      <w:r>
        <w:tab/>
        <w:t>Email Address</w:t>
      </w:r>
      <w:r>
        <w:tab/>
        <w:t>Signature</w:t>
      </w:r>
    </w:p>
    <w:p w14:paraId="018B8CEE" w14:textId="77777777" w:rsidR="00500549" w:rsidRDefault="00500549" w:rsidP="00500549">
      <w:pPr>
        <w:spacing w:before="320" w:after="120"/>
      </w:pPr>
      <w:r>
        <w:t>1</w:t>
      </w:r>
      <w:r>
        <w:tab/>
      </w:r>
      <w:r>
        <w:tab/>
      </w:r>
      <w:r>
        <w:tab/>
      </w:r>
      <w:r>
        <w:tab/>
      </w:r>
    </w:p>
    <w:p w14:paraId="61AA2627" w14:textId="77777777" w:rsidR="00500549" w:rsidRDefault="00500549" w:rsidP="00500549">
      <w:pPr>
        <w:spacing w:before="320" w:after="120"/>
      </w:pPr>
      <w:r>
        <w:t>2</w:t>
      </w:r>
      <w:r>
        <w:tab/>
      </w:r>
      <w:r>
        <w:tab/>
      </w:r>
      <w:r>
        <w:tab/>
      </w:r>
      <w:r>
        <w:tab/>
      </w:r>
    </w:p>
    <w:p w14:paraId="5786A000" w14:textId="77777777" w:rsidR="00500549" w:rsidRDefault="00500549" w:rsidP="00500549">
      <w:pPr>
        <w:spacing w:before="320" w:after="120"/>
      </w:pPr>
      <w:r>
        <w:t>3</w:t>
      </w:r>
      <w:r>
        <w:tab/>
      </w:r>
      <w:r>
        <w:tab/>
      </w:r>
      <w:r>
        <w:tab/>
      </w:r>
      <w:r>
        <w:tab/>
      </w:r>
    </w:p>
    <w:p w14:paraId="4CB2D8C0" w14:textId="77777777" w:rsidR="00500549" w:rsidRDefault="00500549" w:rsidP="00500549">
      <w:pPr>
        <w:spacing w:before="320" w:after="120"/>
      </w:pPr>
      <w:r>
        <w:t>4</w:t>
      </w:r>
      <w:r>
        <w:tab/>
      </w:r>
    </w:p>
    <w:p w14:paraId="1CBAAC86" w14:textId="6ADD73DD" w:rsidR="005B0F59" w:rsidRDefault="00500549" w:rsidP="00500549">
      <w:pPr>
        <w:spacing w:before="320" w:after="120"/>
      </w:pPr>
      <w:r>
        <w:tab/>
      </w:r>
      <w:r>
        <w:tab/>
      </w:r>
      <w:r>
        <w:tab/>
      </w:r>
    </w:p>
    <w:p w14:paraId="40795936" w14:textId="19A0D035" w:rsidR="005B0F59" w:rsidRDefault="00000000">
      <w:pPr>
        <w:spacing w:before="120" w:after="120"/>
      </w:pPr>
      <w:r>
        <w:rPr>
          <w:rFonts w:ascii="Calibri" w:hAnsi="Calibri"/>
          <w:b/>
          <w:color w:val="2C2C2A"/>
        </w:rPr>
        <w:t xml:space="preserve">Corresponding Author:  </w:t>
      </w:r>
    </w:p>
    <w:p w14:paraId="0A603FDE" w14:textId="49602DB0" w:rsidR="005B0F59" w:rsidRDefault="00000000">
      <w:pPr>
        <w:spacing w:before="120" w:after="120"/>
      </w:pPr>
      <w:r>
        <w:rPr>
          <w:rFonts w:ascii="Calibri" w:hAnsi="Calibri"/>
          <w:b/>
          <w:color w:val="2C2C2A"/>
        </w:rPr>
        <w:t xml:space="preserve">Mobile No.:  </w:t>
      </w:r>
    </w:p>
    <w:p w14:paraId="297ED38F" w14:textId="09C587C4" w:rsidR="005B0F59" w:rsidRDefault="00000000">
      <w:pPr>
        <w:spacing w:before="120" w:after="120"/>
      </w:pPr>
      <w:r>
        <w:rPr>
          <w:rFonts w:ascii="Calibri" w:hAnsi="Calibri"/>
          <w:b/>
          <w:color w:val="2C2C2A"/>
        </w:rPr>
        <w:t xml:space="preserve">Email:  </w:t>
      </w:r>
    </w:p>
    <w:p w14:paraId="0186D95D" w14:textId="79F620F9" w:rsidR="005B0F59" w:rsidRDefault="00000000">
      <w:pPr>
        <w:spacing w:before="120" w:after="120"/>
      </w:pPr>
      <w:r>
        <w:rPr>
          <w:rFonts w:ascii="Calibri" w:hAnsi="Calibri"/>
          <w:b/>
          <w:color w:val="2C2C2A"/>
        </w:rPr>
        <w:t xml:space="preserve">Date:  </w:t>
      </w:r>
    </w:p>
    <w:p w14:paraId="2D4D720B" w14:textId="59C4FEB1" w:rsidR="005B0F59" w:rsidRDefault="00000000">
      <w:pPr>
        <w:spacing w:before="120" w:after="120"/>
      </w:pPr>
      <w:r>
        <w:rPr>
          <w:rFonts w:ascii="Calibri" w:hAnsi="Calibri"/>
          <w:b/>
          <w:color w:val="2C2C2A"/>
        </w:rPr>
        <w:t xml:space="preserve">Place:  </w:t>
      </w:r>
    </w:p>
    <w:p w14:paraId="0F1CDEC0" w14:textId="77777777" w:rsidR="005B0F59" w:rsidRDefault="005B0F59"/>
    <w:p w14:paraId="619A270E" w14:textId="77777777" w:rsidR="005B0F59" w:rsidRDefault="005B0F59">
      <w:pPr>
        <w:pBdr>
          <w:bottom w:val="single" w:sz="4" w:space="1" w:color="9FE1CB"/>
        </w:pBdr>
        <w:spacing w:before="80" w:after="80"/>
      </w:pPr>
    </w:p>
    <w:p w14:paraId="71D9283A" w14:textId="77777777" w:rsidR="005B0F59" w:rsidRDefault="00000000">
      <w:pPr>
        <w:spacing w:before="240"/>
      </w:pPr>
      <w:r>
        <w:rPr>
          <w:rFonts w:ascii="Calibri" w:hAnsi="Calibri"/>
          <w:color w:val="5F5E5A"/>
        </w:rPr>
        <w:t>Signature of Author(s):  ________________________________________</w:t>
      </w:r>
    </w:p>
    <w:p w14:paraId="32E91D07" w14:textId="77777777" w:rsidR="005B0F59" w:rsidRDefault="005B0F59"/>
    <w:p w14:paraId="340B5502" w14:textId="77777777" w:rsidR="005B0F59" w:rsidRDefault="005B0F59">
      <w:pPr>
        <w:pBdr>
          <w:bottom w:val="single" w:sz="4" w:space="1" w:color="9FE1CB"/>
        </w:pBdr>
        <w:spacing w:before="80" w:after="80"/>
      </w:pPr>
    </w:p>
    <w:p w14:paraId="31C901CC" w14:textId="77777777" w:rsidR="005B0F59" w:rsidRDefault="00000000">
      <w:pPr>
        <w:spacing w:before="160"/>
        <w:jc w:val="center"/>
      </w:pPr>
      <w:r>
        <w:rPr>
          <w:rFonts w:ascii="Calibri" w:hAnsi="Calibri"/>
          <w:i/>
          <w:color w:val="0F6E56"/>
          <w:sz w:val="20"/>
        </w:rPr>
        <w:t>Please submit this completed form along with your manuscript to: jbionano@gmail.com</w:t>
      </w:r>
    </w:p>
    <w:sectPr w:rsidR="005B0F59" w:rsidSect="00034616">
      <w:pgSz w:w="12240" w:h="15840"/>
      <w:pgMar w:top="1134"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86747192">
    <w:abstractNumId w:val="8"/>
  </w:num>
  <w:num w:numId="2" w16cid:durableId="775901909">
    <w:abstractNumId w:val="6"/>
  </w:num>
  <w:num w:numId="3" w16cid:durableId="1960719360">
    <w:abstractNumId w:val="5"/>
  </w:num>
  <w:num w:numId="4" w16cid:durableId="209614388">
    <w:abstractNumId w:val="4"/>
  </w:num>
  <w:num w:numId="5" w16cid:durableId="100610997">
    <w:abstractNumId w:val="7"/>
  </w:num>
  <w:num w:numId="6" w16cid:durableId="1867518730">
    <w:abstractNumId w:val="3"/>
  </w:num>
  <w:num w:numId="7" w16cid:durableId="1872256516">
    <w:abstractNumId w:val="2"/>
  </w:num>
  <w:num w:numId="8" w16cid:durableId="1222717874">
    <w:abstractNumId w:val="1"/>
  </w:num>
  <w:num w:numId="9" w16cid:durableId="2075814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06C1D"/>
    <w:rsid w:val="0029639D"/>
    <w:rsid w:val="002E232C"/>
    <w:rsid w:val="00326F90"/>
    <w:rsid w:val="00500549"/>
    <w:rsid w:val="005B0F59"/>
    <w:rsid w:val="008F1265"/>
    <w:rsid w:val="00AA1D8D"/>
    <w:rsid w:val="00B47730"/>
    <w:rsid w:val="00C744F2"/>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BE0BA9"/>
  <w14:defaultImageDpi w14:val="300"/>
  <w15:docId w15:val="{BF8973FC-B29F-467E-A221-7CBA7D820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358</Words>
  <Characters>2044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Akash Gawai</cp:lastModifiedBy>
  <cp:revision>5</cp:revision>
  <dcterms:created xsi:type="dcterms:W3CDTF">2013-12-23T23:15:00Z</dcterms:created>
  <dcterms:modified xsi:type="dcterms:W3CDTF">2026-06-28T05:34:00Z</dcterms:modified>
  <cp:category/>
</cp:coreProperties>
</file>